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مسؤولية الطبيب المدنية عن الاخطاء المهنية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مالك حمد أبونصير/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9789957781965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