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طرق الطعن في احكام المحاكم الاقتصادية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جون نجيب رزق/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القومي للاصدارات القانونية/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151ص.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9789777612661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