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المجاهد عبدالحفيظ بوصوف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الصادق مزهود/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92011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