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Adolphe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Benjamin Constant/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Le Livre De Poche/ </w:t>
            </w:r>
          </w:p>
        </w:tc>
      </w:tr>
      <w:tr>
        <w:trPr>
          <w:trHeight w:val="567"/>
        </w:trPr>
        <w:tc>
          <w:tcPr>
            <w:tcW w:type="dxa" w:w="3000"/>
          </w:tcPr>
          <w:p>
            <w:r>
              <w:t>Nombre de Pages</w:t>
            </w:r>
          </w:p>
        </w:tc>
        <w:tc>
          <w:tcPr>
            <w:tcW w:type="dxa" w:w="7000"/>
          </w:tcPr>
          <w:p>
            <w:r>
              <w:t>219p.</w:t>
            </w:r>
          </w:p>
        </w:tc>
      </w:tr>
      <w:tr>
        <w:trPr>
          <w:trHeight w:val="567"/>
        </w:trPr>
        <w:tc>
          <w:tcPr>
            <w:tcW w:type="dxa" w:w="3000"/>
          </w:tcPr>
          <w:p>
            <w:r>
              <w:t>Format</w:t>
            </w:r>
          </w:p>
        </w:tc>
        <w:tc>
          <w:tcPr>
            <w:tcW w:type="dxa" w:w="7000"/>
          </w:tcPr>
          <w:p>
            <w:r>
              <w:t>18*11</w:t>
            </w:r>
          </w:p>
        </w:tc>
      </w:tr>
      <w:tr>
        <w:trPr>
          <w:trHeight w:val="567"/>
        </w:trPr>
        <w:tc>
          <w:tcPr>
            <w:tcW w:type="dxa" w:w="3000"/>
          </w:tcPr>
          <w:p>
            <w:r>
              <w:t>Numéro d'Identification</w:t>
            </w:r>
          </w:p>
        </w:tc>
        <w:tc>
          <w:tcPr>
            <w:tcW w:type="dxa" w:w="7000"/>
          </w:tcPr>
          <w:p>
            <w:r>
              <w:t>9782253045885</w:t>
            </w:r>
          </w:p>
        </w:tc>
      </w:tr>
    </w:tbl>
    <w:p>
      <w:pPr>
        <w:pStyle w:val="Heading3"/>
      </w:pPr>
      <w:r>
        <w:t>Résumé :</w:t>
      </w:r>
    </w:p>
    <w:p>
      <w:r>
        <w:t>L'amour crée, comme par enchantement, un passé dont il nous entoure. Il nous donne, pour ainsi dire, la conscience d'avoir vécu, durant des années, avec un être qui naguère nous était presque étranger. L'amour n'est qu'un point lumineux, et néanmoins il semble s'emparer du temps. Il y a peu de jours qu'il n'existait pas, bientôt il n'existera plus ; mais, tant qu'il existe, il répand sa clarté sur l'époque qui l'a précédé, comme sur celle qui doit le suivre.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