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سبة النظام اللغو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