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مطبوعة بيداغوجية :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بودرجة رمزي/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معهد العلوم الاقتصادية والتسيير/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65809402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