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وإسقاطاته على الواقع اللغوي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قليعي/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