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المؤسسات التعليمية في بعث استعمال اللغات الرسمية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لعقد/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