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السعادة باللغة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