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 التكنولوجية الحديثة وخدمتها للشعر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