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الإعتداء على الأموال عبر الوسائط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شريط كوثر/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