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للقاضي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بوضياف/ محمد الصغير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