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الوساطة في المواد الجزائية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طالب أحسن/ طالبي حليمة (مشرفا و 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عنابة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D340531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