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الجريمة الإرهابية وعلاقته بالإجرام المنظم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ضيف مفيدة/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