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الأنظمة البديلة لعقوبة الحبس قصيرة المدة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مقدم مبروك/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