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المسؤولية الجنائية في الممارسات الطبية للعمليات الحديثة على الجسم البشري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الأخضري فتيحة/ طالبي حليمة 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عنابة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D3401971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المسؤولية الجنائية/ زرع الأعضاء/ أركان الجريمة الطبية/ نقل و زرع الأعضاء/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