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الدليل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 الدين يونس/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