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سياسة المشروع في مواجهة ظاهرة الإرهاب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ضيف مفيدة/ مكي دردوس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mag3401171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