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الحماية القانونية للفرد الموقوف للنظر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ليطوش دليلة/ بوالصوف نزيهة(مشرفا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mag3402311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