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العلاقات العامة التقليدية و الالكترونية في صورة المؤسسة الخدمية دراسة حالة 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كباش رمزي/ بوالعيد آمنة/ بودرجة رمزي(رئيسا)،بوجنانة فؤاد(مشرفا ومقررا)،ركيمة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صورة المؤسسة/ العلاقات العامة التقليدية/ العلاقات العامة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???? ??? ???????? ?????? ????????? ? ??????????? ??? ???? ????? ??????? ??</w:t>
        <w:br/>
        <w:br/>
        <w:t>???? ?????? ??? ???? ???????? ?????? ???? ??????? ????????? ??? ????? ??????? ? ????? ??? ????????</w:t>
        <w:br/>
        <w:br/>
        <w:t>?????? ????????? ? ??????????? ?? ???? ??????? ??? ??? ? ??? ? ? ?????? ????? ??? ??? ? ??? ?? ?????</w:t>
        <w:br/>
        <w:br/>
        <w:t>??????? ??? ??????? ??????? ? ? ?? ??? ??? ??? ??? ? ????? ???????? ? ?????? ????????</w:t>
        <w:br/>
        <w:br/>
        <w:t>???????? ???????? ???????? SPSS ? ? ?????????? ???? ?????? ??????? ???????? ????? ??? ? ???</w:t>
        <w:br/>
        <w:br/>
        <w:t>??? ??????? ??????? :</w:t>
        <w:br/>
        <w:br/>
        <w:t>???? ????? ??? ????? ??????? ??? ???????? ?????? ????????? ? ??????????? ?? ???? ????? ? ??????</w:t>
        <w:br/>
        <w:br/>
        <w:t>?????? ?????? ) R=0.30 ( ? ????? ????? ) sig=0.001 ( ? ?? ??? ?? ) 0,05 ( ????? ??????? ???????</w:t>
        <w:br/>
        <w:br/>
        <w:t>?? ??? ? ???.</w:t>
        <w:br/>
        <w:br/>
        <w:t>???? ????? ?????? ??????? ??? ????? ??????? ??? ???????? ?????? ??????????? ???????? ??? ??? ? ??? ?</w:t>
        <w:br/>
        <w:br/>
        <w:t>?????? ??? ??? ????? ??????? Sig ?) 0,003 ? ) ??? ??????? ???????? ?????? ????????? ??? ???? ??? ??</w:t>
        <w:br/>
        <w:br/>
        <w:t>????? ??????? ??? ??? ????? ??????? Sig ?) 0,249 (? ?? ?? ???????? ?????? ??????????? ?? ????</w:t>
        <w:br/>
        <w:br/>
        <w:t>???? ????? ??? ? ??? ??????? ??????? ???????? ?????? ????????? ? ??????????? ? ??????? ?????? ????</w:t>
        <w:br/>
        <w:br/>
        <w:t>??????? .</w:t>
        <w:br/>
        <w:br/>
        <w:t>? ?? ???? ??? ? ??? ?????? ????? ????? ???? ???????? ?????? ??????????? ????? ???? ??????? 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