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الخدمة على توليد الكلمة المنطوقة لإتصالات الجزائر وكالة فرجيوة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شرقي إبراهيم/ طلحي ايوب/ فارس ركيمة (مشرفا ومقررا); بلحاج طارق (رئيسا)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330182211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اتصالات الجزائر/ جودة الخدمة/ الكلمة المنطوقة/ </w:t>
            </w:r>
          </w:p>
        </w:tc>
      </w:tr>
    </w:tbl>
    <w:p>
      <w:pPr>
        <w:pStyle w:val="Heading3"/>
      </w:pPr>
      <w:r>
        <w:t>Résumé :</w:t>
      </w:r>
    </w:p>
    <w:p>
      <w:r>
        <w:t>???? ??? ??????? ??? ????? ??? ????? ???? ???? ??????? ??? ? ??? ??? ????? ??????</w:t>
        <w:br/>
        <w:br/>
        <w:t>???????? ??????? ???????? ?????? _????_ ??? ??????? ?????? ???? ?????? ??????? ?????</w:t>
        <w:br/>
        <w:br/>
        <w:t>??? ???????? ??? ????? ??????? ??? ? ??? ??????? ????? ????? ??? ????? ?????? ????????</w:t>
        <w:br/>
        <w:br/>
        <w:t>??????? ??? ????? ?????? ?? ???????? ??? ?????? ?????? ???????? ??? ?? ?????? ???</w:t>
        <w:br/>
        <w:br/>
        <w:t>????????? ?????? ??? ???????? ???? ??? ??? ?? ??????? ??? ???? ????? ?? 100 ????</w:t>
        <w:br/>
        <w:br/>
        <w:t>?? ????? ??????? ??? ? ??? ????? ?????? ??? ??????? ???????? ????????? ?????? ??????</w:t>
        <w:br/>
        <w:br/>
        <w:t>?????? ??? spss ??????? ???? ?????????? ??????? ?????? ????????? ?????? ??????????</w:t>
        <w:br/>
        <w:br/>
        <w:t>??? ? ??? ??? ??? ????? ??? ?? ????? ???? ??? ?? ????? ??????? ?????? ???? ?????? ???</w:t>
        <w:br/>
        <w:br/>
        <w:t>?????? ???????? ???????? ??? ? ??? ?????? ?????? ????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