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الإعلان الدوائي على القرار الشرائي للمستهلك الجزائري - دراسة عينة من المستهلكين بولاية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لطرش يعقوب/ بوجنانة فؤاد(مشرفا ومقررا); العامري نجاة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 الصيدلاني/ القرار الشرائي/ الاعلان الدوائي/ </w:t>
            </w:r>
          </w:p>
        </w:tc>
      </w:tr>
    </w:tbl>
    <w:p>
      <w:pPr>
        <w:pStyle w:val="Heading3"/>
      </w:pPr>
      <w:r>
        <w:t>Résumé :</w:t>
      </w:r>
    </w:p>
    <w:p>
      <w:r>
        <w:t>???? ??? ? ??? ????. ?? ??? ??????? ??????? ??? ? ? . ? ?? ??? ? ??? ???????. ??</w:t>
        <w:br/>
        <w:br/>
        <w:t>??? ? ???????????. ????. ??? ? ??? ? ???? ??????? ???? ???????????????? ?? ???? ??? ? ??? ???? ?????</w:t>
        <w:br/>
        <w:br/>
        <w:t>?? 62 ???? ?? ??????? ??????? ?? ????? ????? ??? ??? ??.  ? ??? ???????? ?????.?? ????????</w:t>
        <w:br/>
        <w:br/>
        <w:t>?????????????? ????????? ????? ?????????? SPSS25 ? ?? ?????? ?????? ?? ???????? ?????????</w:t>
        <w:br/>
        <w:br/>
        <w:t>???????????? ??? ? ??? ? ??????? ???????? ?? ?????. ??? ??? ?? ??????? ????? :</w:t>
        <w:br/>
        <w:br/>
        <w:t>-???? ??? ?? ????? ??????? ?????. ??? ????? ????? ??? ??? ? ?? ??? ? ??? ???????. ??? ? ???? ?????</w:t>
        <w:br/>
        <w:br/>
        <w:t>??? ? ????</w:t>
        <w:br/>
        <w:br/>
        <w:t>- ???? ??? ?? ????? ??????? ?????. ??? ????? ??????? ????? ????? ??? ??? ? ?? ??? ? ???</w:t>
        <w:br/>
        <w:br/>
        <w:t>???????. ??? ? ???? ????? ??? ? ????</w:t>
        <w:br/>
        <w:br/>
        <w:t>- ?? ???? ??? ?? ????? ??????? ?????. ??? ?????? ?????? ??? ??? ? ?? ??? ? ??? ???????. ??? ? ???? ?</w:t>
        <w:br/>
        <w:br/>
        <w:t>????? ??? ? 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