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أداء بورصة الجزائر للفترة 2008-2019 بالمقارنة مع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عبدالله/ قويسم دراجي/ بولعجين فايزة (مشرفا ومقررا) ; كنيدة زليخة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مؤشرات البورصة/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???? ????? ??? ? ??? ?????? ?? ????? ???? ? ????? ??? ??????</w:t>
        <w:br/>
        <w:br/>
        <w:t>8002 8002 (? ?????? ?????? ?? ????? ? ?? - ( ????? ???? ??? ????? ? ???? ????? ?????? ?? ?????</w:t>
        <w:br/>
        <w:br/>
        <w:t>????? ???????? ?????? ????? ????? ??????? ?????? ???????? ??? ? ???? ???????? ???????? ??????</w:t>
        <w:br/>
        <w:br/>
        <w:t>?????????. ?????? ????????? ??? ??? ? ?? ???? ????? ??? ? ??? ??????? ??? ? ?? ??????? ?????? ??</w:t>
        <w:br/>
        <w:br/>
        <w:t>????? ???? ????. ????? ??? ????? ??? ???? ???????? ???????? ????????? ???? ???? ??????? ??????</w:t>
        <w:br/>
        <w:br/>
        <w:t>??????? ???? ???? ??????? ???????? ?? ??????????? ??? ? ?????? ???? ?? ??? ??? ??? ? ??? ??????? ????????</w:t>
        <w:br/>
        <w:br/>
        <w:t>??????? ???????? ?? ???? ????? ???????? ?????? ?????? ????? ??????? ????? ?????? ?????? ??? ? ??? ????</w:t>
        <w:br/>
        <w:br/>
        <w:t>?????? ?????? ?????? ?????? ??????? ????? 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