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إدارة الصفقات العمومية :  دراسة حالة – 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الساسي كريم/ لزباش ياسين/ بوركوة عبد المالك (رئيسا) ; برني ميلود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البلدية/ رقابة مالية/ صفقات عمومية/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??????? ??? ????? ????? ??? ????? ??????? ??????? ??????? ???????? ??? ??????? ????????</w:t>
        <w:br/>
        <w:br/>
        <w:t>?? ??? ??????? ??????? ????????? ??? ???????? ???? ?? ????? ??????? ??????? ??????? ???????? ??? ???????</w:t>
        <w:br/>
        <w:br/>
        <w:t>??????? ?????? ?? ??? 2012 ????? ???? ?????? ????????? ?? ???? ??? 2013 ? ??? ???? ???????</w:t>
        <w:br/>
        <w:br/>
        <w:t>247 ??????? ????? ??????? ???????? ???????? ?????? ?????? ??? ???? ????? ????? ??????? – ??????? 15</w:t>
        <w:br/>
        <w:br/>
        <w:t>??????? ??? ??????? ????????? ??????? ??? ?? ????? ??????? ??? ?????.</w:t>
        <w:br/>
        <w:br/>
        <w:t>??? ???? ??????? ??? ?? ?????? ??????? ??????? ??????? ???????? ??? ??????? ???????? ??????? ?????</w:t>
        <w:br/>
        <w:br/>
        <w:t>??????? ?? ???? ?????? ?? ????? ????? ?????? ??? ????? ??????? ?????? ??????? ???????? ???? ????? ??????</w:t>
        <w:br/>
        <w:br/>
        <w:t>??? ???? ??????? ?? ???? ?????? ????????? ???????? ???? ?? ????? ????? ????? ??????? ??????? ???????</w:t>
        <w:br/>
        <w:br/>
        <w:t>??? ????? ????? ????? ?????? ??? ??????? ??? ?? ??????? ??????? ?? ???? ??? ?????? ??? ??????? ?????</w:t>
        <w:br/>
        <w:br/>
        <w:t>????? ?????? ??? ???? ????? ??? ???? ????? ?? ????? 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