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إجراءات تطبيق المعايير الدولية للتقرير المالي في تحسين أداء صناديق الاستثمار : دراسة حالة صندوق الرياض للمتاجرة المتنوع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بوعافية هيبة/ عشبي سامية/ بوبكر ياسين (رئيسا) ; علية عبد الباسط عبد الصمد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 المالي/ صناديق الاستثمار/ المعايير الدولية لتقارير المالية/ التوحيد المحاسبي/ صندوق الرياض/ </w:t>
            </w:r>
          </w:p>
        </w:tc>
      </w:tr>
    </w:tbl>
    <w:p>
      <w:pPr>
        <w:pStyle w:val="Heading3"/>
      </w:pPr>
      <w:r>
        <w:t>Résumé :</w:t>
      </w:r>
    </w:p>
    <w:p>
      <w:r>
        <w:t>?????? ?????? ?? ?????? ??? ??????? ???????? ???????? ??? ??? ????????? ?????? ????????</w:t>
        <w:br/>
        <w:br/>
        <w:t>???? ?? ?????? ?????? ??????? ??? ????? ???? ??? ????? ???? ??? ??? ???? ????? ?????? ????????</w:t>
        <w:br/>
        <w:br/>
        <w:t>???????? ??????? ??????? ??? ????? ???? ?????? ????????? ?? ???? ????? ?????? ????????? ??????</w:t>
        <w:br/>
        <w:br/>
        <w:t>?????? ????? ??????? ??????? ?????? ???? ????? ?? ??? ?????? ?????????? .</w:t>
        <w:br/>
        <w:br/>
        <w:t>??? ???? ??? ??? ? ??? ??? ??? ?????? ???? ????? ???????? ???????? ??????? ??????? ?? ????? ????</w:t>
        <w:br/>
        <w:br/>
        <w:t>?????? ????????? ????????? ??? ???? ? ? ????? ??????? ????????? ?????? ?????? ???????? ???????</w:t>
        <w:br/>
        <w:br/>
        <w:t>????????? ? ??? ?????? ??????? ??????? ???????? ???? ????? ??? ????? ???????? ?? ???? ???????</w:t>
        <w:br/>
        <w:br/>
        <w:t>???????? ???????? ??????? ??????? ??? ?????? ? ?????? ??????? ??? ???????? ??? ??? ????? ??????</w:t>
        <w:br/>
        <w:br/>
        <w:t>???? ????? ???? ?? ???? ????? ?????? ????? ??????? ??????? ??????? ?????????? ??????? ????????</w:t>
        <w:br/>
        <w:br/>
        <w:t>?? ??? ? ?????? ?????? ????????? ?????? ??????? ?? ??? ????. ????? ??????? ??? ???? ??</w:t>
        <w:br/>
        <w:br/>
        <w:t>?????????? ?? ????? ?????? ????? ???????? ??? ????? ??????? ? ??? ??????? ?? ??? ??? ? ???</w:t>
        <w:br/>
        <w:br/>
        <w:t>??? ?????? ?????? ? ??? ?? ???? ? ?? ????? ?????? ????????? ????????? ???????? ?????? ?????? ?? ???????</w:t>
        <w:br/>
        <w:br/>
        <w:t>??????? ? ??? ?? ?????? ???????? ??? ?? ?????? ???? ???????? ?????? ???????? ???????? ???????</w:t>
        <w:br/>
        <w:br/>
        <w:t>??????? ?????? ????????? ??????? ?? ??? ????? ????? ???? ????? ??? ???????? ?? ????? ?????</w:t>
        <w:br/>
        <w:br/>
        <w:t>?????? .</w:t>
        <w:br/>
        <w:br/>
        <w:t>??? ??????? ???? ?????? ????? ?? ???? ????? ???? ????????? ? ???????? ?? ????? ??????</w:t>
        <w:br/>
        <w:br/>
        <w:t>?????? ?????? ???????? ??? ?????? ???????? ?? ???? ?? ????? ?????? ??????? ?????? ??????</w:t>
        <w:br/>
        <w:br/>
        <w:t>?????? ????? ??????? ???? ?????? ???? ???? ?????? ??????? ???????? ??????? ????? ?????? ???</w:t>
        <w:br/>
        <w:br/>
        <w:t>???????? ????? ??????? ????? ?????????? ????? ??? ????? ?????? ???????? ??????? ?????????? ????</w:t>
        <w:br/>
        <w:br/>
        <w:t>?? ???? ?????? ?? ? ?? ???????? ????????? ??? ????? ????? ?????? 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