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القبلية على النفقات العمومية و دورها في ترشيد الانفاق العمومي : المركز الجتمعي عبد الحفيظ بوالصوف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بوالمرقة وردة/ برباش علجية/ فؤاد بوجنانة (رئيسا) ; رياض لمزاودة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النفقات العامة/ المراقب المالي/ ترشيد النفقات/ الرقابة القبلية/ </w:t>
            </w:r>
          </w:p>
        </w:tc>
      </w:tr>
    </w:tbl>
    <w:p>
      <w:pPr>
        <w:pStyle w:val="Heading3"/>
      </w:pPr>
      <w:r>
        <w:t>Résumé :</w:t>
      </w:r>
    </w:p>
    <w:p>
      <w:r>
        <w:t>?? ????? ?? ??? ??????? ?? ????? ??? ??????? ??????? ??? ??????? ???????? ?????? ?? ????? ??????? ???????? ????? ?????? ??? ??? ????? ??? ????? ?????? ??????? ???? ??? ??? ???? ????? ??????? ??? ?? ?????? ??????? ???? ??????? ???????? ?????? ??????? ??????? ?? ????:</w:t>
        <w:br/>
        <w:br/>
        <w:t>????? ????????? ??? ???????.</w:t>
        <w:br/>
        <w:br/>
        <w:t>?????? ???? ??????? ??????? ??? ????? ???????.</w:t>
        <w:br/>
        <w:br/>
        <w:t>???? ??? ??? ??? ????? ??????? ??? ???????? ??????? ???.</w:t>
        <w:br/>
        <w:br/>
        <w:t>?????? ???????? ???? 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