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الرقابة الداخلية في تحسين التخطيط المالي في المؤسسة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عميمور مريم/ بولكراوط رانيا/ حريز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330168811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الرقابة الداخلية/ التخطيط المالي/ تقييم الرقابة الداخلية/ تحسين التخطيط المالي/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