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تحقيق الشمول المالي دراسة حالة مؤسسة بريد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بولبصل ملاك/ زيد جابر(رئيسا)،رزاق بارة كريمة (مشرفا ومقررا)،عاشوري إبراهيم(مناقشا)/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 المالية/ الشمول المالي/ بريد الجزائر/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