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بين التركيب والدلالة في سورة "ق"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عميروش لميس/ سراوي عائدة/ قارة غادة/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