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التعبير الكتابي في ضوء المقاربة بالكفاءات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زمور مروة/ مرمي نريمان/ بن سي مسعود داود/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