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وتعلمها عبر تقنية اجتماعات الفيديو قوقل ميت(google meet)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بوعلي خديجة/ زواغي مديحة/ لعناصر عاطف/ بوقاعدة كريمة(مشرف)/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