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صيغ المبالغة في توجيه الدلالة سورة "ق"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أمور أمود/ جاب الله دعاء/ بحري مليكة/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800355111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