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والبيداغوجية لتعليم النحو وتعلمه في الطور المتوسط - السنة الرابعة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شهيناز خنفر/ هنوس لميس/ شقة بشرى/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