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النداء في ديوان ليزلنكسيا لسميرة بوركبة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أم الرتم روميسة/ خنفري زينة/ جامع يسرى/ بن دريس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800356311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