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الضمائر في رواية -ذاكرة الجسد لأحلام مستغانمي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مخناش نجود/ دخموش ياسمين/ بوجرة سميرة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800356711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