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الإسم المنقوص في ديوان أحمد سحنون دراسة دلالية 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طوالي عائشة/ زميش سارة/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800357511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