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الخلقي وعلاقته بالتفوق الدراسي المرحلة الإبتدائية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سماح/ بوكفوس جوهرة/ سباحة نادية/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