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أنماط الجملة في قصيدة أنشودة السلام لنازك الملائكة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غالب حليمة/ بلميلي نهاد/ بومعزة آية/ الأسد محمد العربي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800358311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