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القرآن الكريم وأثره على التحصيل العلمي لتلاميذ السنة الرابعة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عبير/ زرماني فريال/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