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القصة الطفلية ودورها في تعليمية المخزون اللغوي السنة الثالثة الابتدائي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مقدم منال/ مقدم وسام/ حمبلي أسماء(مشرفا)/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800358511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