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المصطلح في كتاب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سكحال نور/ شباح يسرى/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