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أميمة/ بوعبيبسة أمينة/ طباخ أمينة/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