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مجموعة قال سليمان الشعرية -لسيمان جوادي-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ناصري خالد/ قدسي إيمان/ بوجعادة خديجة/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