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الرمز في رواية الفراشات والغيلان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خريف إبتسام/ يسعد رانية/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