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المصطلحات العلمية في رواية شيفا مخطوطة القرن الصغير لعبد الرزاق طواهرية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بوثلجة زينب/ يونس شيماء/ بغدادي نوال/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