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وماذا بعد ياوطني لصقر أبو عبيدة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مولة منيرة/ بوخميس سعيدة/ بلمهبول نعيمة/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800365111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