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شعر تميم البرغوثي -نماذج مختارة-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يسرى/ بخي حليمة/ دبوز منال/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