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الأولياء في تنمية ملكة الشعر والتعبير لدى التلاميذ وتطوير لغتهم -مرحلة التعليم المتوسط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غضبان نرجس/ بن عيسى مريم/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800366411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