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مرآة الروح لنبيلة عبودي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حافي راسو وئام/ بكاكرية هاجر (مشرفا)/ خلفة بثينة/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800366911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