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شودة السلام لنازك الملائكة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مة عائدة/ مجدوب فتيح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